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eam86Kicker"/>
      </w:pPr>
      <w:r>
        <w:t>TEAM 86</w:t>
      </w:r>
    </w:p>
    <w:p>
      <w:pPr>
        <w:pStyle w:val="Title"/>
      </w:pPr>
      <w:r>
        <w:t>Document title</w:t>
      </w:r>
    </w:p>
    <w:p>
      <w:pPr>
        <w:pStyle w:val="Heading1"/>
      </w:pPr>
      <w:r>
        <w:t>Section heading</w:t>
      </w:r>
    </w:p>
    <w:p>
      <w:r>
        <w:t>Body copy sits in Noto Sans at 11pt, the brand's minimum size for print. Type over this. Headings, captions and the binder callouts are all in the style gallery on the Home ribbon.</w:t>
      </w:r>
    </w:p>
    <w:sectPr w:rsidR="00FC693F" w:rsidRPr="0006063C" w:rsidSect="00034616">
      <w:headerReference w:type="default" r:id="rId9"/>
      <w:footerReference w:type="default" r:id="rId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JetBrains Mono" w:hAnsi="JetBrains Mono"/>
        <w:color w:val="7E887E"/>
        <w:sz w:val="16"/>
      </w:rPr>
      <w:t xml:space="preserve">Team 86  ·  Going Against The Current  ·  </w:t>
    </w:r>
    <w:r>
      <w:rPr>
        <w:rFonts w:ascii="JetBrains Mono" w:hAnsi="JetBrains Mono"/>
        <w:color w:val="7E887E"/>
        <w:sz w:val="16"/>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drawing>
        <wp:inline xmlns:a="http://schemas.openxmlformats.org/drawingml/2006/main" xmlns:pic="http://schemas.openxmlformats.org/drawingml/2006/picture">
          <wp:extent cx="1316736" cy="274320"/>
          <wp:docPr id="1" name="Picture 1"/>
          <wp:cNvGraphicFramePr>
            <a:graphicFrameLocks noChangeAspect="1"/>
          </wp:cNvGraphicFramePr>
          <a:graphic>
            <a:graphicData uri="http://schemas.openxmlformats.org/drawingml/2006/picture">
              <pic:pic>
                <pic:nvPicPr>
                  <pic:cNvPr id="0" name="logo-horizontal-light.png"/>
                  <pic:cNvPicPr/>
                </pic:nvPicPr>
                <pic:blipFill>
                  <a:blip r:embed="rId1"/>
                  <a:stretch>
                    <a:fillRect/>
                  </a:stretch>
                </pic:blipFill>
                <pic:spPr>
                  <a:xfrm>
                    <a:off x="0" y="0"/>
                    <a:ext cx="1316736" cy="274320"/>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24" w:lineRule="auto" w:after="160"/>
    </w:pPr>
    <w:rPr>
      <w:rFonts w:ascii="Noto Sans" w:hAnsi="Noto Sans" w:cs="Noto Sans" w:eastAsia="Noto Sans"/>
      <w:color w:val="1C211C"/>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00" w:after="140"/>
      <w:outlineLvl w:val="0"/>
    </w:pPr>
    <w:rPr>
      <w:rFonts w:asciiTheme="majorHAnsi" w:eastAsiaTheme="majorEastAsia" w:hAnsiTheme="majorHAnsi" w:cstheme="majorBidi" w:ascii="Open Sans ExtraBold" w:hAnsi="Open Sans ExtraBold" w:cs="Open Sans ExtraBold" w:eastAsia="Open Sans ExtraBold"/>
      <w:b w:val="0"/>
      <w:bCs/>
      <w:color w:val="B58200"/>
      <w:sz w:val="40"/>
      <w:szCs w:val="28"/>
      <w:spacing w:val="-6"/>
    </w:rPr>
  </w:style>
  <w:style w:type="paragraph" w:styleId="Heading2">
    <w:name w:val="heading 2"/>
    <w:basedOn w:val="Normal"/>
    <w:next w:val="Normal"/>
    <w:link w:val="Heading2Char"/>
    <w:uiPriority w:val="9"/>
    <w:unhideWhenUsed/>
    <w:qFormat/>
    <w:rsid w:val="00FC693F"/>
    <w:pPr>
      <w:keepNext/>
      <w:keepLines/>
      <w:spacing w:before="320" w:after="120"/>
      <w:outlineLvl w:val="1"/>
    </w:pPr>
    <w:rPr>
      <w:rFonts w:asciiTheme="majorHAnsi" w:eastAsiaTheme="majorEastAsia" w:hAnsiTheme="majorHAnsi" w:cstheme="majorBidi" w:ascii="Open Sans ExtraBold" w:hAnsi="Open Sans ExtraBold" w:cs="Open Sans ExtraBold" w:eastAsia="Open Sans ExtraBold"/>
      <w:b w:val="0"/>
      <w:bCs/>
      <w:color w:val="2A8009"/>
      <w:sz w:val="31"/>
      <w:szCs w:val="26"/>
      <w:spacing w:val="-3"/>
    </w:rPr>
  </w:style>
  <w:style w:type="paragraph" w:styleId="Heading3">
    <w:name w:val="heading 3"/>
    <w:basedOn w:val="Normal"/>
    <w:next w:val="Normal"/>
    <w:link w:val="Heading3Char"/>
    <w:uiPriority w:val="9"/>
    <w:unhideWhenUsed/>
    <w:qFormat/>
    <w:rsid w:val="00FC693F"/>
    <w:pPr>
      <w:keepNext/>
      <w:keepLines/>
      <w:spacing w:before="280" w:after="100"/>
      <w:outlineLvl w:val="2"/>
    </w:pPr>
    <w:rPr>
      <w:rFonts w:asciiTheme="majorHAnsi" w:eastAsiaTheme="majorEastAsia" w:hAnsiTheme="majorHAnsi" w:cstheme="majorBidi" w:ascii="Open Sans SemiBold" w:hAnsi="Open Sans SemiBold" w:cs="Open Sans SemiBold" w:eastAsia="Open Sans SemiBold"/>
      <w:b w:val="0"/>
      <w:bCs/>
      <w:color w:val="0B0E0C"/>
      <w:sz w:val="26"/>
    </w:rPr>
  </w:style>
  <w:style w:type="paragraph" w:styleId="Heading4">
    <w:name w:val="heading 4"/>
    <w:basedOn w:val="Normal"/>
    <w:next w:val="Normal"/>
    <w:link w:val="Heading4Char"/>
    <w:uiPriority w:val="9"/>
    <w:semiHidden/>
    <w:unhideWhenUsed/>
    <w:qFormat/>
    <w:rsid w:val="00FC693F"/>
    <w:pPr>
      <w:keepNext/>
      <w:keepLines/>
      <w:spacing w:before="240" w:after="80"/>
      <w:outlineLvl w:val="3"/>
    </w:pPr>
    <w:rPr>
      <w:rFonts w:asciiTheme="majorHAnsi" w:eastAsiaTheme="majorEastAsia" w:hAnsiTheme="majorHAnsi" w:cstheme="majorBidi" w:ascii="Open Sans SemiBold" w:hAnsi="Open Sans SemiBold" w:cs="Open Sans SemiBold" w:eastAsia="Open Sans SemiBold"/>
      <w:b w:val="0"/>
      <w:bCs/>
      <w:i/>
      <w:iCs/>
      <w:color w:val="B58200"/>
      <w:sz w:val="23"/>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200" w:line="240" w:lineRule="auto" w:before="0"/>
      <w:contextualSpacing/>
    </w:pPr>
    <w:rPr>
      <w:rFonts w:asciiTheme="majorHAnsi" w:eastAsiaTheme="majorEastAsia" w:hAnsiTheme="majorHAnsi" w:cstheme="majorBidi" w:ascii="Open Sans ExtraBold" w:hAnsi="Open Sans ExtraBold" w:cs="Open Sans ExtraBold" w:eastAsia="Open Sans ExtraBold"/>
      <w:b w:val="0"/>
      <w:color w:val="B58200"/>
      <w:kern w:val="28"/>
      <w:sz w:val="60"/>
      <w:szCs w:val="52"/>
      <w:spacing w:val="-1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before="80" w:after="200"/>
    </w:pPr>
    <w:rPr>
      <w:rFonts w:ascii="JetBrains Mono" w:hAnsi="JetBrains Mono" w:cs="JetBrains Mono" w:eastAsia="JetBrains Mono"/>
      <w:b w:val="0"/>
      <w:bCs/>
      <w:color w:val="444C44"/>
      <w:sz w:val="18"/>
      <w:szCs w:val="18"/>
      <w:spacing w:val="7"/>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eam86Kicker">
    <w:name w:val="Team 86 Kicker"/>
    <w:basedOn w:val="Normal"/>
    <w:qFormat/>
    <w:pPr>
      <w:spacing w:before="0" w:after="60"/>
    </w:pPr>
    <w:rPr>
      <w:rFonts w:ascii="JetBrains Mono" w:hAnsi="JetBrains Mono" w:cs="JetBrains Mono" w:eastAsia="JetBrains Mono"/>
      <w:caps/>
      <w:color w:val="2A8009"/>
      <w:sz w:val="16"/>
      <w:spacing w:val="22"/>
    </w:rPr>
  </w:style>
  <w:style w:type="paragraph" w:customStyle="1" w:styleId="Team86CalloutBar">
    <w:name w:val="Team 86 Callout Bar"/>
    <w:basedOn w:val="Normal"/>
    <w:qFormat/>
    <w:pPr>
      <w:shd w:val="clear" w:fill="131713"/>
      <w:spacing w:before="280" w:after="200"/>
    </w:pPr>
    <w:rPr>
      <w:rFonts w:ascii="Open Sans ExtraBold" w:hAnsi="Open Sans ExtraBold" w:cs="Open Sans ExtraBold" w:eastAsia="Open Sans ExtraBold"/>
      <w:color w:val="F8FAF8"/>
      <w:sz w:val="24"/>
      <w:spacing w:val="-2"/>
    </w:rPr>
  </w:style>
  <w:style w:type="paragraph" w:customStyle="1" w:styleId="Team86CaptionBubble">
    <w:name w:val="Team 86 Caption Bubble"/>
    <w:basedOn w:val="Normal"/>
    <w:qFormat/>
    <w:pPr>
      <w:pBdr>
        <w:top w:val="single" w:sz="12" w:space="6" w:color="64F426"/>
        <w:left w:val="single" w:sz="12" w:space="6" w:color="64F426"/>
        <w:bottom w:val="single" w:sz="12" w:space="6" w:color="64F426"/>
        <w:right w:val="single" w:sz="12" w:space="6" w:color="64F426"/>
      </w:pBdr>
      <w:spacing w:before="160" w:after="200"/>
    </w:pPr>
    <w:rPr>
      <w:rFonts w:ascii="Open Sans SemiBold" w:hAnsi="Open Sans SemiBold" w:cs="Open Sans SemiBold" w:eastAsia="Open Sans SemiBold"/>
      <w:i/>
      <w:color w:val="0B0E0C"/>
      <w:sz w:val="20"/>
    </w:rPr>
  </w:style>
  <w:style w:type="paragraph" w:customStyle="1" w:styleId="Team86Code">
    <w:name w:val="Team 86 Code"/>
    <w:basedOn w:val="Normal"/>
    <w:qFormat/>
    <w:pPr>
      <w:shd w:val="clear" w:fill="0B0E0C"/>
      <w:spacing w:before="160" w:after="160"/>
    </w:pPr>
    <w:rPr>
      <w:rFonts w:ascii="JetBrains Mono" w:hAnsi="JetBrains Mono" w:cs="JetBrains Mono" w:eastAsia="JetBrains Mono"/>
      <w:color w:val="F8FAF8"/>
      <w:sz w:val="19"/>
    </w:rPr>
  </w:style>
  <w:style w:type="table" w:styleId="Team86Table">
    <w:name w:val="Team 86 Table"/>
    <w:uiPriority w:val="1"/>
    <w:qFormat/>
    <w:tblPr>
      <w:tblBorders>
        <w:top w:val="single" w:sz="4" w:color="CDD3CD"/>
        <w:bottom w:val="single" w:sz="4" w:color="CDD3CD"/>
        <w:insideH w:val="single" w:sz="4" w:color="CDD3CD"/>
      </w:tblBorders>
      <w:tblCellMar>
        <w:top w:w="90" w:type="dxa"/>
        <w:bottom w:w="90" w:type="dxa"/>
        <w:left w:w="120" w:type="dxa"/>
        <w:right w:w="120" w:type="dxa"/>
      </w:tblCellMar>
    </w:tblPr>
    <w:tblStylePr w:type="firstRow">
      <w:rPr>
        <w:rFonts w:ascii="JetBrains Mono" w:hAnsi="JetBrains Mono"/>
        <w:caps/>
        <w:spacing w:val="22"/>
        <w:sz w:val="17"/>
        <w:color w:val="444C44"/>
      </w:rPr>
      <w:tblPr/>
      <w:tcPr>
        <w:shd w:val="clear" w:fill="F8FAF8"/>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